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Jas D. / J D Lounge</w:t>
      </w:r>
    </w:p>
    <w:p>
      <w:pPr>
        <w:jc w:val="center"/>
      </w:pPr>
      <w:r>
        <w:rPr>
          <w:b/>
          <w:color w:val="836738"/>
          <w:sz w:val="30"/>
        </w:rPr>
        <w:t>International Press &amp; Social Media Kit</w:t>
      </w:r>
    </w:p>
    <w:p>
      <w:r>
        <w:rPr>
          <w:b w:val="0"/>
          <w:i w:val="0"/>
        </w:rPr>
        <w:t>English and French copy for artist introduction, playlist promotion, and short-form video platforms.</w:t>
      </w:r>
    </w:p>
    <w:p>
      <w:r>
        <w:rPr>
          <w:b/>
          <w:i w:val="0"/>
        </w:rPr>
        <w:t>Playlist: New Things from us</w:t>
      </w:r>
    </w:p>
    <w:p>
      <w:pPr>
        <w:spacing w:after="200"/>
      </w:pPr>
      <w:r>
        <w:rPr>
          <w:color w:val="306496"/>
          <w:u w:val="single"/>
        </w:rPr>
        <w:t>https://youtube.com/playlist?list=PLqRUY7Xlxt45bNt0K4D_iK__9GWuBiYpJ</w:t>
      </w:r>
    </w:p>
    <w:p>
      <w:pPr>
        <w:pStyle w:val="Heading1"/>
      </w:pPr>
      <w:r>
        <w:t>Included</w:t>
      </w:r>
    </w:p>
    <w:p>
      <w:pPr>
        <w:pStyle w:val="ListBullet"/>
      </w:pPr>
      <w:r>
        <w:t>English artist bio</w:t>
      </w:r>
    </w:p>
    <w:p>
      <w:pPr>
        <w:pStyle w:val="ListBullet"/>
      </w:pPr>
      <w:r>
        <w:t>English presentation script</w:t>
      </w:r>
    </w:p>
    <w:p>
      <w:pPr>
        <w:pStyle w:val="ListBullet"/>
      </w:pPr>
      <w:r>
        <w:t>English social posts and teasers</w:t>
      </w:r>
    </w:p>
    <w:p>
      <w:pPr>
        <w:pStyle w:val="ListBullet"/>
      </w:pPr>
      <w:r>
        <w:t>French social posts and teasers</w:t>
      </w:r>
    </w:p>
    <w:p>
      <w:pPr>
        <w:pStyle w:val="ListBullet"/>
      </w:pPr>
      <w:r>
        <w:t>TikTok and YouTube Shorts hashtag combinations</w:t>
      </w:r>
    </w:p>
    <w:p>
      <w:r>
        <w:br w:type="page"/>
      </w:r>
    </w:p>
    <w:p>
      <w:pPr>
        <w:pStyle w:val="Heading1"/>
      </w:pPr>
      <w:r>
        <w:t>English</w:t>
      </w:r>
    </w:p>
    <w:p>
      <w:pPr>
        <w:pStyle w:val="Heading2"/>
      </w:pPr>
      <w:r>
        <w:t>Artist Bio</w:t>
      </w:r>
    </w:p>
    <w:p>
      <w:r>
        <w:rPr>
          <w:b w:val="0"/>
          <w:i w:val="0"/>
        </w:rPr>
        <w:t>Jas D. blends the smooth warmth of piano jazz and lounge with the soulful pulse of neo-soul and hip-hop. Moving between laid-back instrumentals and groove-driven tracks, his sound brings together mellow piano textures and urban influences—music for both relaxed listening and easygoing grooves.</w:t>
      </w:r>
    </w:p>
    <w:p>
      <w:pPr>
        <w:pStyle w:val="Heading2"/>
      </w:pPr>
      <w:r>
        <w:t>Presentation Script</w:t>
      </w:r>
    </w:p>
    <w:p>
      <w:r>
        <w:rPr>
          <w:b w:val="0"/>
          <w:i w:val="0"/>
        </w:rPr>
        <w:t>Hello, and welcome. Today, I’d like to introduce Jas D., an artist whose sound moves between smooth piano jazz, lounge, neo-soul, and hip-hop.</w:t>
        <w:br/>
        <w:br/>
        <w:t>Jas D.’s music brings together relaxed instrumental moods and soulful, groove-driven influences. Some tracks lean toward mellow piano and jazz-inspired sounds, while others explore the rhythms and feel of hip-hop and soul.</w:t>
        <w:br/>
        <w:br/>
        <w:t>This blend gives his music a versatile character: it can provide a laid-back soundtrack for a quiet moment, or bring a little more groove to the room.</w:t>
        <w:br/>
        <w:br/>
        <w:t>To explore the different sides of Jas D.’s sound, listen to the New Things from Us playlist by Jas D. / J D Lounge. Thanks for listening.</w:t>
      </w:r>
    </w:p>
    <w:p>
      <w:r>
        <w:rPr>
          <w:b w:val="0"/>
          <w:i/>
        </w:rPr>
        <w:t>Estimated speaking time: about 40 seconds.</w:t>
      </w:r>
    </w:p>
    <w:p>
      <w:r>
        <w:br w:type="page"/>
      </w:r>
    </w:p>
    <w:p>
      <w:pPr>
        <w:pStyle w:val="Heading1"/>
      </w:pPr>
      <w:r>
        <w:t>Social Posts — English</w:t>
      </w:r>
    </w:p>
    <w:p>
      <w:pPr>
        <w:pStyle w:val="Heading2"/>
      </w:pPr>
      <w:r>
        <w:t>1. General Artist Post</w:t>
      </w:r>
    </w:p>
    <w:p>
      <w:r>
        <w:rPr>
          <w:b w:val="0"/>
          <w:i w:val="0"/>
        </w:rPr>
        <w:t>Meet Jas D. — where smooth piano jazz and lounge meet the soulful pulse of neo-soul and hip-hop. From laid-back instrumentals to groove-driven tracks, explore a sound made for slow moments and easy grooves.</w:t>
      </w:r>
    </w:p>
    <w:p>
      <w:r>
        <w:rPr>
          <w:b w:val="0"/>
          <w:i w:val="0"/>
        </w:rPr>
        <w:t>Listen to New Things from Us by Jas D. / J D Lounge:</w:t>
      </w:r>
    </w:p>
    <w:p>
      <w:pPr>
        <w:spacing w:after="200"/>
      </w:pPr>
      <w:r>
        <w:rPr>
          <w:color w:val="306496"/>
          <w:u w:val="single"/>
        </w:rPr>
        <w:t>https://youtube.com/playlist?list=PLqRUY7Xlxt45bNt0K4D_iK__9GWuBiYpJ</w:t>
      </w:r>
    </w:p>
    <w:p>
      <w:r>
        <w:rPr>
          <w:b w:val="0"/>
          <w:i w:val="0"/>
        </w:rPr>
        <w:t>#JasD #MrJasDee #NeoSoul #SmoothJazz #HipHopSoul #PianoLounge</w:t>
      </w:r>
    </w:p>
    <w:p>
      <w:pPr>
        <w:pStyle w:val="Heading2"/>
      </w:pPr>
      <w:r>
        <w:t>2. Short Teaser</w:t>
      </w:r>
    </w:p>
    <w:p>
      <w:r>
        <w:rPr>
          <w:b w:val="0"/>
          <w:i w:val="0"/>
        </w:rPr>
        <w:t>Smooth piano. Soulful grooves. A touch of hip-hop.</w:t>
        <w:br/>
        <w:t>Discover the sound of Jas D.</w:t>
        <w:br/>
        <w:t>Listen now: https://youtube.com/playlist?list=PLqRUY7Xlxt45bNt0K4D_iK__9GWuBiYpJ</w:t>
      </w:r>
    </w:p>
    <w:p>
      <w:r>
        <w:rPr>
          <w:b w:val="0"/>
          <w:i w:val="0"/>
        </w:rPr>
        <w:t>#JasD #MrJasDee #NeoSoul</w:t>
      </w:r>
    </w:p>
    <w:p>
      <w:pPr>
        <w:pStyle w:val="Heading2"/>
      </w:pPr>
      <w:r>
        <w:t>3. Playlist Teaser</w:t>
      </w:r>
    </w:p>
    <w:p>
      <w:r>
        <w:rPr>
          <w:b w:val="0"/>
          <w:i w:val="0"/>
        </w:rPr>
        <w:t>Looking for music to unwind or ease into a groove? Explore New Things from Us — a playlist from Jas D. / J D Lounge, blending neo-soul, hip-hop/soul, smooth jazz, and piano instrumentals.</w:t>
      </w:r>
    </w:p>
    <w:p>
      <w:r>
        <w:rPr>
          <w:b w:val="0"/>
          <w:i w:val="0"/>
        </w:rPr>
        <w:t>Listen on YouTube:</w:t>
      </w:r>
    </w:p>
    <w:p>
      <w:pPr>
        <w:spacing w:after="200"/>
      </w:pPr>
      <w:r>
        <w:rPr>
          <w:color w:val="306496"/>
          <w:u w:val="single"/>
        </w:rPr>
        <w:t>https://youtube.com/playlist?list=PLqRUY7Xlxt45bNt0K4D_iK__9GWuBiYpJ</w:t>
      </w:r>
    </w:p>
    <w:p>
      <w:r>
        <w:br w:type="page"/>
      </w:r>
    </w:p>
    <w:p>
      <w:pPr>
        <w:pStyle w:val="Heading1"/>
      </w:pPr>
      <w:r>
        <w:t>Publications — Français</w:t>
      </w:r>
    </w:p>
    <w:p>
      <w:pPr>
        <w:pStyle w:val="Heading2"/>
      </w:pPr>
      <w:r>
        <w:t>1. Publication générale</w:t>
      </w:r>
    </w:p>
    <w:p>
      <w:r>
        <w:rPr>
          <w:b w:val="0"/>
          <w:i w:val="0"/>
        </w:rPr>
        <w:t>Découvrez Jas D. — un univers où le piano jazz et l’ambiance lounge rencontrent les sonorités soul du neo-soul et du hip-hop. Entre instrumentaux décontractés et grooves entraînants, sa musique accompagne aussi bien les moments de détente que les envies de rythme.</w:t>
      </w:r>
    </w:p>
    <w:p>
      <w:r>
        <w:rPr>
          <w:b w:val="0"/>
          <w:i w:val="0"/>
        </w:rPr>
        <w:t>Écoutez New Things from Us par Jas D. / J D Lounge :</w:t>
      </w:r>
    </w:p>
    <w:p>
      <w:pPr>
        <w:spacing w:after="200"/>
      </w:pPr>
      <w:r>
        <w:rPr>
          <w:color w:val="306496"/>
          <w:u w:val="single"/>
        </w:rPr>
        <w:t>https://youtube.com/playlist?list=PLqRUY7Xlxt45bNt0K4D_iK__9GWuBiYpJ</w:t>
      </w:r>
    </w:p>
    <w:p>
      <w:r>
        <w:rPr>
          <w:b w:val="0"/>
          <w:i w:val="0"/>
        </w:rPr>
        <w:t>#JasD #MrJasDee #NeoSoul #SmoothJazz #HipHopSoul #PianoLounge</w:t>
      </w:r>
    </w:p>
    <w:p>
      <w:pPr>
        <w:pStyle w:val="Heading2"/>
      </w:pPr>
      <w:r>
        <w:t>2. Teaser court</w:t>
      </w:r>
    </w:p>
    <w:p>
      <w:r>
        <w:rPr>
          <w:b w:val="0"/>
          <w:i w:val="0"/>
        </w:rPr>
        <w:t>Piano smooth. Grooves soul. Une touche de hip-hop.</w:t>
        <w:br/>
        <w:t>Découvrez l’univers musical de Jas D.</w:t>
        <w:br/>
        <w:t>À écouter ici : https://youtube.com/playlist?list=PLqRUY7Xlxt45bNt0K4D_iK__9GWuBiYpJ</w:t>
      </w:r>
    </w:p>
    <w:p>
      <w:r>
        <w:rPr>
          <w:b w:val="0"/>
          <w:i w:val="0"/>
        </w:rPr>
        <w:t>#JasD #MrJasDee #NeoSoul</w:t>
      </w:r>
    </w:p>
    <w:p>
      <w:pPr>
        <w:pStyle w:val="Heading2"/>
      </w:pPr>
      <w:r>
        <w:t>3. Teaser de playlist</w:t>
      </w:r>
    </w:p>
    <w:p>
      <w:r>
        <w:rPr>
          <w:b w:val="0"/>
          <w:i w:val="0"/>
        </w:rPr>
        <w:t>Envie de vous détendre au son d’un groove tout en douceur ? Découvrez New Things from Us, une playlist de Jas D. / J D Lounge, entre neo-soul, hip-hop/soul, smooth jazz et instrumentaux au piano.</w:t>
      </w:r>
    </w:p>
    <w:p>
      <w:r>
        <w:rPr>
          <w:b w:val="0"/>
          <w:i w:val="0"/>
        </w:rPr>
        <w:t>Écoutez sur YouTube :</w:t>
      </w:r>
    </w:p>
    <w:p>
      <w:pPr>
        <w:spacing w:after="200"/>
      </w:pPr>
      <w:r>
        <w:rPr>
          <w:color w:val="306496"/>
          <w:u w:val="single"/>
        </w:rPr>
        <w:t>https://youtube.com/playlist?list=PLqRUY7Xlxt45bNt0K4D_iK__9GWuBiYpJ</w:t>
      </w:r>
    </w:p>
    <w:p>
      <w:r>
        <w:br w:type="page"/>
      </w:r>
    </w:p>
    <w:p>
      <w:pPr>
        <w:pStyle w:val="Heading1"/>
      </w:pPr>
      <w:r>
        <w:t>Hashtag Sets</w:t>
      </w:r>
    </w:p>
    <w:p>
      <w:r>
        <w:rPr>
          <w:b w:val="0"/>
          <w:i w:val="0"/>
        </w:rPr>
        <w:t>Choose a set that matches the actual clip. A focused selection is preferable to using every tag at once. Hashtags can support discovery but do not guarantee reach.</w:t>
      </w:r>
    </w:p>
    <w:p>
      <w:pPr>
        <w:pStyle w:val="Heading2"/>
      </w:pPr>
      <w:r>
        <w:t>TikTok — Jas D. sound</w:t>
      </w:r>
    </w:p>
    <w:p>
      <w:r>
        <w:rPr>
          <w:b w:val="0"/>
          <w:i w:val="0"/>
        </w:rPr>
        <w:t>#JasD #MrJasDee #NeoSoul #SmoothJazz #HipHopSoul #PianoLounge</w:t>
      </w:r>
    </w:p>
    <w:p>
      <w:pPr>
        <w:pStyle w:val="Heading2"/>
      </w:pPr>
      <w:r>
        <w:t>TikTok — Piano and lounge clips</w:t>
      </w:r>
    </w:p>
    <w:p>
      <w:r>
        <w:rPr>
          <w:b w:val="0"/>
          <w:i w:val="0"/>
        </w:rPr>
        <w:t>#JasD #PianoJazz #SmoothJazz #LoungeMusic #ChillInstrumental #RelaxingMusic</w:t>
      </w:r>
    </w:p>
    <w:p>
      <w:pPr>
        <w:pStyle w:val="Heading2"/>
      </w:pPr>
      <w:r>
        <w:t>TikTok — Beat and soul clips</w:t>
      </w:r>
    </w:p>
    <w:p>
      <w:r>
        <w:rPr>
          <w:b w:val="0"/>
          <w:i w:val="0"/>
        </w:rPr>
        <w:t>#JasD #MrJasDee #NeoSoul #HipHopSoul #SoulBeats #NewMusic</w:t>
      </w:r>
    </w:p>
    <w:p>
      <w:pPr>
        <w:pStyle w:val="Heading2"/>
      </w:pPr>
      <w:r>
        <w:t>YouTube Shorts — Artist teaser</w:t>
      </w:r>
    </w:p>
    <w:p>
      <w:r>
        <w:rPr>
          <w:b w:val="0"/>
          <w:i w:val="0"/>
        </w:rPr>
        <w:t>#Shorts #JasD #MrJasDee #NeoSoul #SmoothJazz</w:t>
      </w:r>
    </w:p>
    <w:p>
      <w:pPr>
        <w:pStyle w:val="Heading2"/>
      </w:pPr>
      <w:r>
        <w:t>YouTube Shorts — Piano instrumental</w:t>
      </w:r>
    </w:p>
    <w:p>
      <w:r>
        <w:rPr>
          <w:b w:val="0"/>
          <w:i w:val="0"/>
        </w:rPr>
        <w:t>#Shorts #PianoJazz #SmoothJazz #PianoInstrumental #LoungeMusic #JasD</w:t>
      </w:r>
    </w:p>
    <w:p>
      <w:pPr>
        <w:pStyle w:val="Heading2"/>
      </w:pPr>
      <w:r>
        <w:t>French-language clips</w:t>
      </w:r>
    </w:p>
    <w:p>
      <w:r>
        <w:rPr>
          <w:b w:val="0"/>
          <w:i w:val="0"/>
        </w:rPr>
        <w:t>Depending on the clip, add one or two relevant tags such as #JazzPiano, #MusiqueLounge, or #MusiqueSoul. Use #HipHopSoul or #NeoSoul only when the clip genuinely fits those styles.</w:t>
      </w:r>
    </w:p>
    <w:p>
      <w:r>
        <w:rPr>
          <w:b w:val="0"/>
          <w:i w:val="0"/>
        </w:rPr>
        <w:t>Playlist link: https://youtube.com/playlist?list=PLqRUY7Xlxt45bNt0K4D_iK__9GWuBiYpJ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Jas D.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JAS D. / J D LOUNGE  •  INTERNATIONAL PRESS &amp; SOCIAL 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2D344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18253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3673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Calibri" w:hAnsi="Calibri"/>
      <w:b/>
      <w:color w:val="18253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